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color w:val="1F3D2C"/>
          <w:sz w:val="32"/>
        </w:rPr>
        <w:t>GIFTED DEPOSIT LETTER TEMPLATE</w:t>
        <w:br/>
      </w:r>
      <w:r>
        <w:t>From MortgageExplained.co.uk. This is a general template, not legal advice. Many lenders have their OWN gifted deposit form: if the lender or solicitor gives you one, use theirs instead. Check the exact wording your lender wants before signing.</w:t>
      </w:r>
    </w:p>
    <w:p>
      <w:pPr>
        <w:pBdr>
          <w:bottom w:val="single" w:sz="6" w:space="1" w:color="808080"/>
        </w:pBdr>
      </w:pPr>
    </w:p>
    <w:p>
      <w:pPr>
        <w:spacing w:after="120"/>
      </w:pPr>
      <w:r>
        <w:t>[Donor's full name]</w:t>
        <w:br/>
      </w:r>
      <w:r>
        <w:t>[Donor's address]</w:t>
        <w:br/>
      </w:r>
      <w:r>
        <w:t>[Date]</w:t>
      </w:r>
    </w:p>
    <w:p>
      <w:pPr>
        <w:spacing w:after="120"/>
      </w:pPr>
      <w:r>
        <w:t>To: [Lender name] and [Solicitor / conveyancer firm name]</w:t>
      </w:r>
    </w:p>
    <w:p>
      <w:pPr>
        <w:spacing w:after="120"/>
      </w:pPr>
      <w:r>
        <w:t>Re: Gifted deposit for the purchase of [full property address]</w:t>
        <w:br/>
      </w:r>
      <w:r>
        <w:t>Applicant(s): [Full name(s) of the buyer(s)]</w:t>
      </w:r>
    </w:p>
    <w:p>
      <w:pPr>
        <w:spacing w:after="120"/>
      </w:pPr>
      <w:r>
        <w:t>I, [donor's full name], of [donor's address], date of birth [DD/MM/YYYY], confirm the following:</w:t>
      </w:r>
    </w:p>
    <w:p>
      <w:pPr>
        <w:spacing w:after="120"/>
      </w:pPr>
      <w:r>
        <w:t>1. I am giving [buyer's full name(s)] the sum of £[amount] ([amount in words]) to be used towards the deposit for the purchase of the property at [full property address].</w:t>
      </w:r>
    </w:p>
    <w:p>
      <w:pPr>
        <w:spacing w:after="120"/>
      </w:pPr>
      <w:r>
        <w:t>2. This money is an unconditional, non-refundable gift. It is not a loan. There is no expectation or requirement that it will ever be repaid, in money or in any other form.</w:t>
      </w:r>
    </w:p>
    <w:p>
      <w:pPr>
        <w:spacing w:after="120"/>
      </w:pPr>
      <w:r>
        <w:t>3. I will have no interest, share or rights in the property, now or in the future, and I will not live in the property. [Delete or amend the "will not live in the property" line if it does not apply, and tell the lender: it can affect their requirements.]</w:t>
      </w:r>
    </w:p>
    <w:p>
      <w:pPr>
        <w:spacing w:after="120"/>
      </w:pPr>
      <w:r>
        <w:t>4. My relationship to the buyer(s) is: [e.g. parent / grandparent].</w:t>
      </w:r>
    </w:p>
    <w:p>
      <w:pPr>
        <w:spacing w:after="120"/>
      </w:pPr>
      <w:r>
        <w:t>5. The gift comes from my own funds, held at [bank/building society name], and I can provide statements showing the source of these funds for anti-money-laundering checks.</w:t>
      </w:r>
    </w:p>
    <w:p>
      <w:pPr>
        <w:spacing w:after="120"/>
      </w:pPr>
      <w:r>
        <w:t>6. Making this gift does not leave me unable to meet my own debts and financial commitments, and I am not bankrupt, subject to insolvency proceedings, or aware of any claims against me.</w:t>
      </w:r>
    </w:p>
    <w:p>
      <w:pPr>
        <w:spacing w:after="120"/>
      </w:pPr>
      <w:r>
        <w:t>Signed: ______________________</w:t>
      </w:r>
    </w:p>
    <w:p>
      <w:pPr>
        <w:spacing w:after="120"/>
      </w:pPr>
      <w:r>
        <w:t>Full name: [Donor's full name]</w:t>
      </w:r>
    </w:p>
    <w:p>
      <w:pPr>
        <w:spacing w:after="120"/>
      </w:pPr>
      <w:r>
        <w:t>Date: [DD/MM/YYYY]</w:t>
      </w:r>
    </w:p>
    <w:p>
      <w:pPr>
        <w:spacing w:after="120"/>
      </w:pPr>
      <w:r>
        <w:t>Witness (if required by the lender or solicitor):</w:t>
      </w:r>
    </w:p>
    <w:p>
      <w:pPr>
        <w:spacing w:after="120"/>
      </w:pPr>
      <w:r>
        <w:t>Signed: ______________________</w:t>
        <w:br/>
      </w:r>
      <w:r>
        <w:t>Full name: ______________________</w:t>
        <w:br/>
      </w:r>
      <w:r>
        <w:t>Address: ______________________</w:t>
        <w:br/>
      </w:r>
      <w:r>
        <w:t>Date: [DD/MM/YYYY]</w:t>
      </w:r>
    </w:p>
    <w:p>
      <w:pPr>
        <w:pBdr>
          <w:bottom w:val="single" w:sz="6" w:space="1" w:color="808080"/>
        </w:pBdr>
      </w:pPr>
    </w:p>
    <w:p>
      <w:pPr>
        <w:spacing w:after="120"/>
      </w:pPr>
      <w:r>
        <w:t>NOTES (do not send this section with the letter)</w:t>
      </w:r>
    </w:p>
    <w:p>
      <w:pPr>
        <w:spacing w:after="120"/>
      </w:pPr>
      <w:r>
        <w:t>- Lender's own form first. Many lenders insist on their own template or a specific wording. Ask the broker or solicitor before using any generic letter.</w:t>
        <w:br/>
      </w:r>
      <w:r>
        <w:t>- Each donor signs. If the gift comes from a couple, most lenders want the declaration from both, or one letter each.</w:t>
        <w:br/>
      </w:r>
      <w:r>
        <w:t>- Evidence follows the letter. The solicitor will usually also ask the donor for photo ID, proof of address, and bank statements showing the money (anti-money-laundering rules).</w:t>
        <w:br/>
      </w:r>
      <w:r>
        <w:t>- Gift vs loan matters. A loan, even informal, must be declared and can reduce how much you can borrow. Never describe a loan as a gift.</w:t>
        <w:br/>
      </w:r>
      <w:r>
        <w:t>- Tax: large gifts can have inheritance-tax implications for the donor's estate (the seven-year rule). That is a tax question, not a mortgage one: see GOV.UK on inheritance tax or speak to a tax adviser.</w:t>
        <w:br/>
      </w:r>
      <w:r>
        <w:t>- This template is general information, not legal advice. Have the solicitor confirm the final wording.</w:t>
      </w:r>
    </w:p>
    <w:p>
      <w:pPr>
        <w:spacing w:after="120"/>
      </w:pPr>
      <w:r>
        <w:t>MortgageExplained.co.uk · Owned and operated by Muswell Rose Ltd. This is information, not advice. A regulated mortgage broker can advise you; we do not.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Gifted deposit letter template</dc:title>
  <dc:subject/>
  <dc:creator>MortgageExplained.co.uk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